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3DE4" w14:textId="77777777" w:rsidR="008A32FB" w:rsidRPr="00D04ACD" w:rsidRDefault="00000000">
      <w:pPr>
        <w:jc w:val="center"/>
        <w:rPr>
          <w:lang w:val="pl-PL"/>
        </w:rPr>
      </w:pPr>
      <w:r w:rsidRPr="00D04ACD">
        <w:rPr>
          <w:b/>
          <w:color w:val="1F4E79"/>
          <w:sz w:val="20"/>
          <w:lang w:val="pl-PL"/>
        </w:rPr>
        <w:t>CRNA GORA</w:t>
      </w:r>
      <w:r w:rsidRPr="00D04ACD">
        <w:rPr>
          <w:b/>
          <w:color w:val="1F4E79"/>
          <w:sz w:val="20"/>
          <w:lang w:val="pl-PL"/>
        </w:rPr>
        <w:br/>
        <w:t>OPŠTINA BAR</w:t>
      </w:r>
      <w:r w:rsidRPr="00D04ACD">
        <w:rPr>
          <w:b/>
          <w:color w:val="1F4E79"/>
          <w:sz w:val="20"/>
          <w:lang w:val="pl-PL"/>
        </w:rPr>
        <w:br/>
        <w:t>Sekretarijat za lokalnu samoupravu</w:t>
      </w:r>
    </w:p>
    <w:p w14:paraId="64311C0F" w14:textId="77777777" w:rsidR="008A32FB" w:rsidRPr="00D04ACD" w:rsidRDefault="00000000">
      <w:pPr>
        <w:jc w:val="center"/>
        <w:rPr>
          <w:lang w:val="pl-PL"/>
        </w:rPr>
      </w:pPr>
      <w:r w:rsidRPr="00D04ACD">
        <w:rPr>
          <w:b/>
          <w:color w:val="1F4E79"/>
          <w:sz w:val="32"/>
          <w:lang w:val="pl-PL"/>
        </w:rPr>
        <w:t>PRIJAVNI OBRAZAC</w:t>
      </w:r>
    </w:p>
    <w:p w14:paraId="4B0E492F" w14:textId="4E6FFC5F" w:rsidR="008A32FB" w:rsidRPr="008D1D47" w:rsidRDefault="00000000" w:rsidP="008D1D47">
      <w:pPr>
        <w:jc w:val="center"/>
        <w:rPr>
          <w:bCs/>
          <w:lang w:val="sr-Latn-ME"/>
        </w:rPr>
      </w:pPr>
      <w:r w:rsidRPr="008D1D47">
        <w:rPr>
          <w:bCs/>
          <w:sz w:val="20"/>
          <w:lang w:val="pl-PL"/>
        </w:rPr>
        <w:t xml:space="preserve">za dostavljanje prijedloga za realizaciju kulturnih i edukativno-preventivnih sadržaja </w:t>
      </w:r>
      <w:r w:rsidR="008D1D47" w:rsidRPr="008D1D47">
        <w:rPr>
          <w:bCs/>
          <w:sz w:val="20"/>
          <w:lang w:val="pl-PL"/>
        </w:rPr>
        <w:t xml:space="preserve">po osnovu </w:t>
      </w:r>
      <w:r w:rsidR="008D1D47" w:rsidRPr="008D1D47">
        <w:rPr>
          <w:bCs/>
          <w:sz w:val="20"/>
          <w:szCs w:val="20"/>
          <w:lang w:val="sr-Latn-ME"/>
        </w:rPr>
        <w:t>LAP-a za postizanje rodne ravnopravnosti i unapređenje kvaliteta života LGBTIQ+ osoba u opštini Bar za period 2026-2029. godine</w:t>
      </w:r>
      <w:r w:rsidR="008D1D47" w:rsidRPr="008D1D47">
        <w:rPr>
          <w:bCs/>
          <w:lang w:val="sr-Latn-ME"/>
        </w:rPr>
        <w:t xml:space="preserve"> </w:t>
      </w:r>
      <w:r w:rsidRPr="008D1D47">
        <w:rPr>
          <w:bCs/>
          <w:sz w:val="20"/>
          <w:lang w:val="sr-Latn-ME"/>
        </w:rPr>
        <w:t xml:space="preserve"> </w:t>
      </w:r>
      <w:r w:rsidR="008D1D47" w:rsidRPr="008D1D47">
        <w:rPr>
          <w:bCs/>
          <w:sz w:val="20"/>
          <w:lang w:val="sr-Latn-ME"/>
        </w:rPr>
        <w:t xml:space="preserve">- </w:t>
      </w:r>
      <w:r w:rsidRPr="008D1D47">
        <w:rPr>
          <w:bCs/>
          <w:sz w:val="20"/>
          <w:lang w:val="pl-PL"/>
        </w:rPr>
        <w:t>Aktivnost</w:t>
      </w:r>
      <w:r w:rsidRPr="008D1D47">
        <w:rPr>
          <w:bCs/>
          <w:sz w:val="20"/>
          <w:lang w:val="sr-Latn-ME"/>
        </w:rPr>
        <w:t xml:space="preserve"> 4.2.2</w:t>
      </w:r>
      <w:r w:rsidR="008D1D47">
        <w:rPr>
          <w:bCs/>
          <w:sz w:val="20"/>
          <w:lang w:val="sr-Latn-ME"/>
        </w:rPr>
        <w:t>.</w:t>
      </w:r>
    </w:p>
    <w:p w14:paraId="7E1A72D4" w14:textId="77777777" w:rsidR="008A32FB" w:rsidRPr="008D1D47" w:rsidRDefault="00000000">
      <w:pPr>
        <w:jc w:val="center"/>
        <w:rPr>
          <w:b/>
          <w:bCs/>
          <w:sz w:val="20"/>
          <w:szCs w:val="20"/>
          <w:lang w:val="pl-PL"/>
        </w:rPr>
      </w:pPr>
      <w:r w:rsidRPr="008D1D47">
        <w:rPr>
          <w:b/>
          <w:bCs/>
          <w:i/>
          <w:sz w:val="20"/>
          <w:szCs w:val="20"/>
          <w:lang w:val="pl-PL"/>
        </w:rPr>
        <w:t>Javni poziv – snimanje dokumentarnog filma i organizovanje filmskih projekcija</w:t>
      </w:r>
    </w:p>
    <w:p w14:paraId="57B4184A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Napomena: Obrazac popuniti čitko, u svim relevantnim djelovima. Po potrebi dodati priloge i označiti ih u spisku dokumentacije. Podaci navedeni u obrascu moraju biti usklađeni sa priloženim programom, dinamičkim planom i finansijskom ponudom.</w:t>
      </w:r>
    </w:p>
    <w:p w14:paraId="3314B0AA" w14:textId="77777777" w:rsidR="008A32FB" w:rsidRDefault="00000000">
      <w:pPr>
        <w:pStyle w:val="Heading1"/>
      </w:pPr>
      <w:r>
        <w:t>1. PODACI O PODNOSIOCU PRIJAVE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8A32FB" w14:paraId="137944B6" w14:textId="77777777">
        <w:trPr>
          <w:jc w:val="center"/>
        </w:trPr>
        <w:tc>
          <w:tcPr>
            <w:tcW w:w="5040" w:type="dxa"/>
            <w:shd w:val="clear" w:color="auto" w:fill="D9EAF7"/>
            <w:vAlign w:val="center"/>
          </w:tcPr>
          <w:p w14:paraId="3BCA452C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Podatak</w:t>
            </w:r>
          </w:p>
        </w:tc>
        <w:tc>
          <w:tcPr>
            <w:tcW w:w="5040" w:type="dxa"/>
            <w:shd w:val="clear" w:color="auto" w:fill="D9EAF7"/>
            <w:vAlign w:val="center"/>
          </w:tcPr>
          <w:p w14:paraId="59CC7389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Unijeti podatke</w:t>
            </w:r>
          </w:p>
        </w:tc>
      </w:tr>
      <w:tr w:rsidR="008A32FB" w14:paraId="7CA262AE" w14:textId="77777777">
        <w:trPr>
          <w:jc w:val="center"/>
        </w:trPr>
        <w:tc>
          <w:tcPr>
            <w:tcW w:w="5040" w:type="dxa"/>
            <w:vAlign w:val="center"/>
          </w:tcPr>
          <w:p w14:paraId="2E4DA9D9" w14:textId="77777777" w:rsidR="008A32FB" w:rsidRDefault="00000000">
            <w:pPr>
              <w:spacing w:after="20"/>
            </w:pPr>
            <w:r>
              <w:rPr>
                <w:sz w:val="18"/>
              </w:rPr>
              <w:t>Puni naziv podnosioca prijave</w:t>
            </w:r>
          </w:p>
        </w:tc>
        <w:tc>
          <w:tcPr>
            <w:tcW w:w="5040" w:type="dxa"/>
            <w:vAlign w:val="center"/>
          </w:tcPr>
          <w:p w14:paraId="7479B85B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2661833D" w14:textId="77777777">
        <w:trPr>
          <w:jc w:val="center"/>
        </w:trPr>
        <w:tc>
          <w:tcPr>
            <w:tcW w:w="5040" w:type="dxa"/>
            <w:vAlign w:val="center"/>
          </w:tcPr>
          <w:p w14:paraId="7CB0B581" w14:textId="77777777" w:rsidR="008A32FB" w:rsidRDefault="00000000">
            <w:pPr>
              <w:spacing w:after="20"/>
            </w:pPr>
            <w:r>
              <w:rPr>
                <w:sz w:val="18"/>
              </w:rPr>
              <w:t>Pravni oblik / vrsta subjekta</w:t>
            </w:r>
          </w:p>
        </w:tc>
        <w:tc>
          <w:tcPr>
            <w:tcW w:w="5040" w:type="dxa"/>
            <w:vAlign w:val="center"/>
          </w:tcPr>
          <w:p w14:paraId="222FFF4A" w14:textId="77777777" w:rsidR="008A32FB" w:rsidRDefault="00000000">
            <w:pPr>
              <w:spacing w:after="20"/>
            </w:pPr>
            <w:r>
              <w:rPr>
                <w:sz w:val="18"/>
              </w:rPr>
              <w:t>☐ Pravno lice  ☐ Preduzetnik  ☐ Ustanova kulture  ☐ Produkcijska kuća  ☐ NVO  ☐ Umjetnička organizacija  ☐ Drugo: __________</w:t>
            </w:r>
          </w:p>
        </w:tc>
      </w:tr>
      <w:tr w:rsidR="008A32FB" w14:paraId="6963B99A" w14:textId="77777777">
        <w:trPr>
          <w:jc w:val="center"/>
        </w:trPr>
        <w:tc>
          <w:tcPr>
            <w:tcW w:w="5040" w:type="dxa"/>
            <w:vAlign w:val="center"/>
          </w:tcPr>
          <w:p w14:paraId="05F48E56" w14:textId="77777777" w:rsidR="008A32FB" w:rsidRDefault="00000000">
            <w:pPr>
              <w:spacing w:after="20"/>
            </w:pPr>
            <w:r>
              <w:rPr>
                <w:sz w:val="18"/>
              </w:rPr>
              <w:t>Adresa sjedišta</w:t>
            </w:r>
          </w:p>
        </w:tc>
        <w:tc>
          <w:tcPr>
            <w:tcW w:w="5040" w:type="dxa"/>
            <w:vAlign w:val="center"/>
          </w:tcPr>
          <w:p w14:paraId="12051E2F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18A8A356" w14:textId="77777777">
        <w:trPr>
          <w:jc w:val="center"/>
        </w:trPr>
        <w:tc>
          <w:tcPr>
            <w:tcW w:w="5040" w:type="dxa"/>
            <w:vAlign w:val="center"/>
          </w:tcPr>
          <w:p w14:paraId="31D4428E" w14:textId="77777777" w:rsidR="008A32FB" w:rsidRDefault="00000000">
            <w:pPr>
              <w:spacing w:after="20"/>
            </w:pPr>
            <w:r>
              <w:rPr>
                <w:sz w:val="18"/>
              </w:rPr>
              <w:t>Matični broj / registarski broj</w:t>
            </w:r>
          </w:p>
        </w:tc>
        <w:tc>
          <w:tcPr>
            <w:tcW w:w="5040" w:type="dxa"/>
            <w:vAlign w:val="center"/>
          </w:tcPr>
          <w:p w14:paraId="370A13DC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5F48956A" w14:textId="77777777">
        <w:trPr>
          <w:jc w:val="center"/>
        </w:trPr>
        <w:tc>
          <w:tcPr>
            <w:tcW w:w="5040" w:type="dxa"/>
            <w:vAlign w:val="center"/>
          </w:tcPr>
          <w:p w14:paraId="188EC780" w14:textId="77777777" w:rsidR="008A32FB" w:rsidRDefault="00000000">
            <w:pPr>
              <w:spacing w:after="20"/>
            </w:pPr>
            <w:r>
              <w:rPr>
                <w:sz w:val="18"/>
              </w:rPr>
              <w:t>PIB</w:t>
            </w:r>
          </w:p>
        </w:tc>
        <w:tc>
          <w:tcPr>
            <w:tcW w:w="5040" w:type="dxa"/>
            <w:vAlign w:val="center"/>
          </w:tcPr>
          <w:p w14:paraId="38884840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0A8BD71E" w14:textId="77777777">
        <w:trPr>
          <w:jc w:val="center"/>
        </w:trPr>
        <w:tc>
          <w:tcPr>
            <w:tcW w:w="5040" w:type="dxa"/>
            <w:vAlign w:val="center"/>
          </w:tcPr>
          <w:p w14:paraId="7E98FF5C" w14:textId="77777777" w:rsidR="008A32FB" w:rsidRDefault="00000000">
            <w:pPr>
              <w:spacing w:after="20"/>
            </w:pPr>
            <w:r>
              <w:rPr>
                <w:sz w:val="18"/>
              </w:rPr>
              <w:t>Ime i prezime ovlašćenog lica</w:t>
            </w:r>
          </w:p>
        </w:tc>
        <w:tc>
          <w:tcPr>
            <w:tcW w:w="5040" w:type="dxa"/>
            <w:vAlign w:val="center"/>
          </w:tcPr>
          <w:p w14:paraId="4E89764A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4446E3EC" w14:textId="77777777">
        <w:trPr>
          <w:jc w:val="center"/>
        </w:trPr>
        <w:tc>
          <w:tcPr>
            <w:tcW w:w="5040" w:type="dxa"/>
            <w:vAlign w:val="center"/>
          </w:tcPr>
          <w:p w14:paraId="31C85265" w14:textId="77777777" w:rsidR="008A32FB" w:rsidRDefault="00000000">
            <w:pPr>
              <w:spacing w:after="20"/>
            </w:pPr>
            <w:r>
              <w:rPr>
                <w:sz w:val="18"/>
              </w:rPr>
              <w:t>Funkcija ovlašćenog lica</w:t>
            </w:r>
          </w:p>
        </w:tc>
        <w:tc>
          <w:tcPr>
            <w:tcW w:w="5040" w:type="dxa"/>
            <w:vAlign w:val="center"/>
          </w:tcPr>
          <w:p w14:paraId="6D0DC4E1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76A199C2" w14:textId="77777777">
        <w:trPr>
          <w:jc w:val="center"/>
        </w:trPr>
        <w:tc>
          <w:tcPr>
            <w:tcW w:w="5040" w:type="dxa"/>
            <w:vAlign w:val="center"/>
          </w:tcPr>
          <w:p w14:paraId="6EA2BC0F" w14:textId="77777777" w:rsidR="008A32FB" w:rsidRDefault="00000000">
            <w:pPr>
              <w:spacing w:after="20"/>
            </w:pPr>
            <w:r>
              <w:rPr>
                <w:sz w:val="18"/>
              </w:rPr>
              <w:t>Telefon</w:t>
            </w:r>
          </w:p>
        </w:tc>
        <w:tc>
          <w:tcPr>
            <w:tcW w:w="5040" w:type="dxa"/>
            <w:vAlign w:val="center"/>
          </w:tcPr>
          <w:p w14:paraId="741577CB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19DE7C6C" w14:textId="77777777">
        <w:trPr>
          <w:jc w:val="center"/>
        </w:trPr>
        <w:tc>
          <w:tcPr>
            <w:tcW w:w="5040" w:type="dxa"/>
            <w:vAlign w:val="center"/>
          </w:tcPr>
          <w:p w14:paraId="3094A0C9" w14:textId="77777777" w:rsidR="008A32FB" w:rsidRDefault="00000000">
            <w:pPr>
              <w:spacing w:after="20"/>
            </w:pPr>
            <w:r>
              <w:rPr>
                <w:sz w:val="18"/>
              </w:rPr>
              <w:t>E-mail</w:t>
            </w:r>
          </w:p>
        </w:tc>
        <w:tc>
          <w:tcPr>
            <w:tcW w:w="5040" w:type="dxa"/>
            <w:vAlign w:val="center"/>
          </w:tcPr>
          <w:p w14:paraId="50E91BDB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:rsidRPr="008D1D47" w14:paraId="2A43C512" w14:textId="77777777">
        <w:trPr>
          <w:jc w:val="center"/>
        </w:trPr>
        <w:tc>
          <w:tcPr>
            <w:tcW w:w="5040" w:type="dxa"/>
            <w:vAlign w:val="center"/>
          </w:tcPr>
          <w:p w14:paraId="0758093D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Internet stranica / društvene mreže (ako postoje)</w:t>
            </w:r>
          </w:p>
        </w:tc>
        <w:tc>
          <w:tcPr>
            <w:tcW w:w="5040" w:type="dxa"/>
            <w:vAlign w:val="center"/>
          </w:tcPr>
          <w:p w14:paraId="57672002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502E2060" w14:textId="77777777">
        <w:trPr>
          <w:jc w:val="center"/>
        </w:trPr>
        <w:tc>
          <w:tcPr>
            <w:tcW w:w="5040" w:type="dxa"/>
            <w:vAlign w:val="center"/>
          </w:tcPr>
          <w:p w14:paraId="04EBFCF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Kontakt osoba za prijavu (ako je različita)</w:t>
            </w:r>
          </w:p>
        </w:tc>
        <w:tc>
          <w:tcPr>
            <w:tcW w:w="5040" w:type="dxa"/>
            <w:vAlign w:val="center"/>
          </w:tcPr>
          <w:p w14:paraId="6C533BE8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757D3950" w14:textId="77777777">
        <w:trPr>
          <w:jc w:val="center"/>
        </w:trPr>
        <w:tc>
          <w:tcPr>
            <w:tcW w:w="5040" w:type="dxa"/>
            <w:vAlign w:val="center"/>
          </w:tcPr>
          <w:p w14:paraId="149CEEB3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Partneri u zajedničkoj prijavi (ako postoje)</w:t>
            </w:r>
          </w:p>
        </w:tc>
        <w:tc>
          <w:tcPr>
            <w:tcW w:w="5040" w:type="dxa"/>
            <w:vAlign w:val="center"/>
          </w:tcPr>
          <w:p w14:paraId="637E0B1D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Naziv partnera i opis uloge: ______________________________________________</w:t>
            </w:r>
          </w:p>
        </w:tc>
      </w:tr>
    </w:tbl>
    <w:p w14:paraId="600CB3D6" w14:textId="77777777" w:rsidR="008A32FB" w:rsidRPr="00D04ACD" w:rsidRDefault="008A32FB">
      <w:pPr>
        <w:rPr>
          <w:lang w:val="pl-PL"/>
        </w:rPr>
      </w:pPr>
    </w:p>
    <w:p w14:paraId="625C09A8" w14:textId="77777777" w:rsidR="008A32FB" w:rsidRDefault="00000000">
      <w:pPr>
        <w:pStyle w:val="Heading1"/>
      </w:pPr>
      <w:r>
        <w:t>2. SAŽETAK PREDLOŽENOG PROGRAMA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8A32FB" w14:paraId="7C1CDF09" w14:textId="77777777">
        <w:trPr>
          <w:jc w:val="center"/>
        </w:trPr>
        <w:tc>
          <w:tcPr>
            <w:tcW w:w="5040" w:type="dxa"/>
            <w:shd w:val="clear" w:color="auto" w:fill="D9EAF7"/>
            <w:vAlign w:val="center"/>
          </w:tcPr>
          <w:p w14:paraId="7FEB67F7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Pitanje</w:t>
            </w:r>
          </w:p>
        </w:tc>
        <w:tc>
          <w:tcPr>
            <w:tcW w:w="5040" w:type="dxa"/>
            <w:shd w:val="clear" w:color="auto" w:fill="D9EAF7"/>
            <w:vAlign w:val="center"/>
          </w:tcPr>
          <w:p w14:paraId="05006B31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Odgovor podnosioca</w:t>
            </w:r>
          </w:p>
        </w:tc>
      </w:tr>
      <w:tr w:rsidR="008A32FB" w14:paraId="579348A5" w14:textId="77777777">
        <w:trPr>
          <w:jc w:val="center"/>
        </w:trPr>
        <w:tc>
          <w:tcPr>
            <w:tcW w:w="5040" w:type="dxa"/>
            <w:vAlign w:val="center"/>
          </w:tcPr>
          <w:p w14:paraId="7AA54ADC" w14:textId="77777777" w:rsidR="008A32FB" w:rsidRDefault="00000000">
            <w:pPr>
              <w:spacing w:after="20"/>
            </w:pPr>
            <w:r>
              <w:rPr>
                <w:sz w:val="18"/>
              </w:rPr>
              <w:t>Naziv programa / projekta</w:t>
            </w:r>
          </w:p>
        </w:tc>
        <w:tc>
          <w:tcPr>
            <w:tcW w:w="5040" w:type="dxa"/>
            <w:vAlign w:val="center"/>
          </w:tcPr>
          <w:p w14:paraId="3235DE06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79065236" w14:textId="77777777">
        <w:trPr>
          <w:jc w:val="center"/>
        </w:trPr>
        <w:tc>
          <w:tcPr>
            <w:tcW w:w="5040" w:type="dxa"/>
            <w:vAlign w:val="center"/>
          </w:tcPr>
          <w:p w14:paraId="4856D22F" w14:textId="77777777" w:rsidR="008A32FB" w:rsidRDefault="00000000">
            <w:pPr>
              <w:spacing w:after="20"/>
            </w:pPr>
            <w:r>
              <w:rPr>
                <w:sz w:val="18"/>
              </w:rPr>
              <w:t>Kratak opis programa i njegov doprinos ciljevima Javnog poziva</w:t>
            </w:r>
          </w:p>
        </w:tc>
        <w:tc>
          <w:tcPr>
            <w:tcW w:w="5040" w:type="dxa"/>
            <w:vAlign w:val="center"/>
          </w:tcPr>
          <w:p w14:paraId="45CA32A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00F1B210" w14:textId="77777777">
        <w:trPr>
          <w:jc w:val="center"/>
        </w:trPr>
        <w:tc>
          <w:tcPr>
            <w:tcW w:w="5040" w:type="dxa"/>
            <w:vAlign w:val="center"/>
          </w:tcPr>
          <w:p w14:paraId="028CD323" w14:textId="77777777" w:rsidR="008A32FB" w:rsidRDefault="00000000">
            <w:pPr>
              <w:spacing w:after="20"/>
            </w:pPr>
            <w:r>
              <w:rPr>
                <w:sz w:val="18"/>
              </w:rPr>
              <w:t>Planirane ciljne grupe i način njihovog uključivanja</w:t>
            </w:r>
          </w:p>
        </w:tc>
        <w:tc>
          <w:tcPr>
            <w:tcW w:w="5040" w:type="dxa"/>
            <w:vAlign w:val="center"/>
          </w:tcPr>
          <w:p w14:paraId="6F8CA062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:rsidRPr="008D1D47" w14:paraId="43684BEA" w14:textId="77777777">
        <w:trPr>
          <w:jc w:val="center"/>
        </w:trPr>
        <w:tc>
          <w:tcPr>
            <w:tcW w:w="5040" w:type="dxa"/>
            <w:vAlign w:val="center"/>
          </w:tcPr>
          <w:p w14:paraId="5348CDED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Predložene lokacije realizacije u Opštini Bar (ako su poznate)</w:t>
            </w:r>
          </w:p>
        </w:tc>
        <w:tc>
          <w:tcPr>
            <w:tcW w:w="5040" w:type="dxa"/>
            <w:vAlign w:val="center"/>
          </w:tcPr>
          <w:p w14:paraId="2B10ED31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0EC42441" w14:textId="77777777">
        <w:trPr>
          <w:jc w:val="center"/>
        </w:trPr>
        <w:tc>
          <w:tcPr>
            <w:tcW w:w="5040" w:type="dxa"/>
            <w:vAlign w:val="center"/>
          </w:tcPr>
          <w:p w14:paraId="1335250E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t>Predloženi period realizacije (novembar 2026 – mart 2027)</w:t>
            </w:r>
          </w:p>
        </w:tc>
        <w:tc>
          <w:tcPr>
            <w:tcW w:w="5040" w:type="dxa"/>
            <w:vAlign w:val="center"/>
          </w:tcPr>
          <w:p w14:paraId="78DB43C7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br/>
            </w:r>
          </w:p>
        </w:tc>
      </w:tr>
      <w:tr w:rsidR="008A32FB" w14:paraId="0F82BEC8" w14:textId="77777777">
        <w:trPr>
          <w:jc w:val="center"/>
        </w:trPr>
        <w:tc>
          <w:tcPr>
            <w:tcW w:w="5040" w:type="dxa"/>
            <w:vAlign w:val="center"/>
          </w:tcPr>
          <w:p w14:paraId="15AF87F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Ukupna vrijednost finansijske ponude sa PDV-om</w:t>
            </w:r>
          </w:p>
        </w:tc>
        <w:tc>
          <w:tcPr>
            <w:tcW w:w="5040" w:type="dxa"/>
            <w:vAlign w:val="center"/>
          </w:tcPr>
          <w:p w14:paraId="09FED01E" w14:textId="77777777" w:rsidR="008A32FB" w:rsidRDefault="00000000">
            <w:pPr>
              <w:spacing w:after="20"/>
            </w:pPr>
            <w:r>
              <w:rPr>
                <w:sz w:val="18"/>
              </w:rPr>
              <w:t>________________ EUR</w:t>
            </w:r>
          </w:p>
        </w:tc>
      </w:tr>
    </w:tbl>
    <w:p w14:paraId="25DDB4C2" w14:textId="77777777" w:rsidR="008A32FB" w:rsidRDefault="008A32FB"/>
    <w:p w14:paraId="456C2F7F" w14:textId="77777777" w:rsidR="008A32FB" w:rsidRDefault="00000000">
      <w:pPr>
        <w:pStyle w:val="Heading1"/>
      </w:pPr>
      <w:r>
        <w:t>3. KONCEPT I SINOPSIS DOKUMENTARNOG FILMA</w:t>
      </w:r>
    </w:p>
    <w:p w14:paraId="6266FDBE" w14:textId="77777777" w:rsidR="008A32FB" w:rsidRDefault="00000000">
      <w:r>
        <w:t>Naziv/radni naslov filma: 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8A32FB" w14:paraId="5581FC35" w14:textId="77777777">
        <w:trPr>
          <w:jc w:val="center"/>
        </w:trPr>
        <w:tc>
          <w:tcPr>
            <w:tcW w:w="5040" w:type="dxa"/>
            <w:shd w:val="clear" w:color="auto" w:fill="D9EAF7"/>
            <w:vAlign w:val="center"/>
          </w:tcPr>
          <w:p w14:paraId="24213D5D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Element</w:t>
            </w:r>
          </w:p>
        </w:tc>
        <w:tc>
          <w:tcPr>
            <w:tcW w:w="5040" w:type="dxa"/>
            <w:shd w:val="clear" w:color="auto" w:fill="D9EAF7"/>
            <w:vAlign w:val="center"/>
          </w:tcPr>
          <w:p w14:paraId="2A3BDC5F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Opis</w:t>
            </w:r>
          </w:p>
        </w:tc>
      </w:tr>
      <w:tr w:rsidR="008A32FB" w14:paraId="2D49E6CF" w14:textId="77777777">
        <w:trPr>
          <w:jc w:val="center"/>
        </w:trPr>
        <w:tc>
          <w:tcPr>
            <w:tcW w:w="5040" w:type="dxa"/>
            <w:vAlign w:val="center"/>
          </w:tcPr>
          <w:p w14:paraId="76B552F8" w14:textId="77777777" w:rsidR="008A32FB" w:rsidRDefault="00000000">
            <w:pPr>
              <w:spacing w:after="20"/>
            </w:pPr>
            <w:r>
              <w:rPr>
                <w:sz w:val="18"/>
              </w:rPr>
              <w:t>Tema i osnovna ideja dokumentarnog filma</w:t>
            </w:r>
          </w:p>
        </w:tc>
        <w:tc>
          <w:tcPr>
            <w:tcW w:w="5040" w:type="dxa"/>
            <w:vAlign w:val="center"/>
          </w:tcPr>
          <w:p w14:paraId="253CEC81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2ED72693" w14:textId="77777777">
        <w:trPr>
          <w:jc w:val="center"/>
        </w:trPr>
        <w:tc>
          <w:tcPr>
            <w:tcW w:w="5040" w:type="dxa"/>
            <w:vAlign w:val="center"/>
          </w:tcPr>
          <w:p w14:paraId="072853CB" w14:textId="77777777" w:rsidR="008A32FB" w:rsidRDefault="00000000">
            <w:pPr>
              <w:spacing w:after="20"/>
            </w:pPr>
            <w:r>
              <w:rPr>
                <w:sz w:val="18"/>
              </w:rPr>
              <w:t>Sinopsis i ključne poruke</w:t>
            </w:r>
          </w:p>
        </w:tc>
        <w:tc>
          <w:tcPr>
            <w:tcW w:w="5040" w:type="dxa"/>
            <w:vAlign w:val="center"/>
          </w:tcPr>
          <w:p w14:paraId="312335E4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060A2BCC" w14:textId="77777777">
        <w:trPr>
          <w:jc w:val="center"/>
        </w:trPr>
        <w:tc>
          <w:tcPr>
            <w:tcW w:w="5040" w:type="dxa"/>
            <w:vAlign w:val="center"/>
          </w:tcPr>
          <w:p w14:paraId="0EEF9877" w14:textId="77777777" w:rsidR="008A32FB" w:rsidRDefault="00000000">
            <w:pPr>
              <w:spacing w:after="20"/>
            </w:pPr>
            <w:r>
              <w:rPr>
                <w:sz w:val="18"/>
              </w:rPr>
              <w:t>Predloženi pristup, metodologija i način prikupljanja svjedočenja</w:t>
            </w:r>
          </w:p>
        </w:tc>
        <w:tc>
          <w:tcPr>
            <w:tcW w:w="5040" w:type="dxa"/>
            <w:vAlign w:val="center"/>
          </w:tcPr>
          <w:p w14:paraId="18B8D683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16A745D9" w14:textId="77777777">
        <w:trPr>
          <w:jc w:val="center"/>
        </w:trPr>
        <w:tc>
          <w:tcPr>
            <w:tcW w:w="5040" w:type="dxa"/>
            <w:vAlign w:val="center"/>
          </w:tcPr>
          <w:p w14:paraId="4F3EDA2B" w14:textId="77777777" w:rsidR="008A32FB" w:rsidRDefault="00000000">
            <w:pPr>
              <w:spacing w:after="20"/>
            </w:pPr>
            <w:r>
              <w:rPr>
                <w:sz w:val="18"/>
              </w:rPr>
              <w:t>Planirana dužina filma i format</w:t>
            </w:r>
          </w:p>
        </w:tc>
        <w:tc>
          <w:tcPr>
            <w:tcW w:w="5040" w:type="dxa"/>
            <w:vAlign w:val="center"/>
          </w:tcPr>
          <w:p w14:paraId="39449224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:rsidRPr="008D1D47" w14:paraId="0EE167E1" w14:textId="77777777">
        <w:trPr>
          <w:jc w:val="center"/>
        </w:trPr>
        <w:tc>
          <w:tcPr>
            <w:tcW w:w="5040" w:type="dxa"/>
            <w:vAlign w:val="center"/>
          </w:tcPr>
          <w:p w14:paraId="2A2F5659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Članovi autorskog i produkcijskog tima</w:t>
            </w:r>
          </w:p>
        </w:tc>
        <w:tc>
          <w:tcPr>
            <w:tcW w:w="5040" w:type="dxa"/>
            <w:vAlign w:val="center"/>
          </w:tcPr>
          <w:p w14:paraId="751056DE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2B72BAE7" w14:textId="77777777">
        <w:trPr>
          <w:jc w:val="center"/>
        </w:trPr>
        <w:tc>
          <w:tcPr>
            <w:tcW w:w="5040" w:type="dxa"/>
            <w:vAlign w:val="center"/>
          </w:tcPr>
          <w:p w14:paraId="785AE57F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Mjere zaštite dostojanstva, privatnosti, ličnih podataka i bezbjednosti žrtve</w:t>
            </w:r>
          </w:p>
        </w:tc>
        <w:tc>
          <w:tcPr>
            <w:tcW w:w="5040" w:type="dxa"/>
            <w:vAlign w:val="center"/>
          </w:tcPr>
          <w:p w14:paraId="52233345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473C9B51" w14:textId="77777777">
        <w:trPr>
          <w:jc w:val="center"/>
        </w:trPr>
        <w:tc>
          <w:tcPr>
            <w:tcW w:w="5040" w:type="dxa"/>
            <w:vAlign w:val="center"/>
          </w:tcPr>
          <w:p w14:paraId="6B790BC7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Način pribavljanja slobodnog, informisanog i dokumentovanog pristanka; plan anonimizacije ili drugih zaštitnih mjera</w:t>
            </w:r>
          </w:p>
        </w:tc>
        <w:tc>
          <w:tcPr>
            <w:tcW w:w="5040" w:type="dxa"/>
            <w:vAlign w:val="center"/>
          </w:tcPr>
          <w:p w14:paraId="1DC5C5A9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4985D45C" w14:textId="77777777">
        <w:trPr>
          <w:jc w:val="center"/>
        </w:trPr>
        <w:tc>
          <w:tcPr>
            <w:tcW w:w="5040" w:type="dxa"/>
            <w:vAlign w:val="center"/>
          </w:tcPr>
          <w:p w14:paraId="7B1F51BB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Procjena mogućih rizika i mjere za sprečavanje ponovne viktimizacije ili stigmatizacije</w:t>
            </w:r>
          </w:p>
        </w:tc>
        <w:tc>
          <w:tcPr>
            <w:tcW w:w="5040" w:type="dxa"/>
            <w:vAlign w:val="center"/>
          </w:tcPr>
          <w:p w14:paraId="7B8F74EE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</w:tbl>
    <w:p w14:paraId="2E3097AD" w14:textId="77777777" w:rsidR="008A32FB" w:rsidRPr="00D04ACD" w:rsidRDefault="008A32FB">
      <w:pPr>
        <w:rPr>
          <w:lang w:val="pl-PL"/>
        </w:rPr>
      </w:pPr>
    </w:p>
    <w:p w14:paraId="1937A1EA" w14:textId="77777777" w:rsidR="008A32FB" w:rsidRPr="00D04ACD" w:rsidRDefault="00000000">
      <w:pPr>
        <w:pStyle w:val="Heading1"/>
        <w:rPr>
          <w:lang w:val="pl-PL"/>
        </w:rPr>
      </w:pPr>
      <w:r w:rsidRPr="00D04ACD">
        <w:rPr>
          <w:lang w:val="pl-PL"/>
        </w:rPr>
        <w:t>4. PRIJEDLOG FILMSKIH PROJEKCIJA</w:t>
      </w:r>
    </w:p>
    <w:p w14:paraId="064B4E3A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Za svaku projekciju navesti zaseban filmski sadržaj i potvrditi da će biti obezbijeđena odgovarajuća prava za javno prikazivanje.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8A32FB" w14:paraId="7F6CADA8" w14:textId="77777777">
        <w:trPr>
          <w:jc w:val="center"/>
        </w:trPr>
        <w:tc>
          <w:tcPr>
            <w:tcW w:w="3360" w:type="dxa"/>
            <w:shd w:val="clear" w:color="auto" w:fill="D9EAF7"/>
            <w:vAlign w:val="center"/>
          </w:tcPr>
          <w:p w14:paraId="1204ADBD" w14:textId="77777777" w:rsidR="008A32FB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Podatak</w:t>
            </w:r>
            <w:proofErr w:type="spellEnd"/>
          </w:p>
        </w:tc>
        <w:tc>
          <w:tcPr>
            <w:tcW w:w="3360" w:type="dxa"/>
            <w:shd w:val="clear" w:color="auto" w:fill="D9EAF7"/>
            <w:vAlign w:val="center"/>
          </w:tcPr>
          <w:p w14:paraId="5889D4A5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Projekcija 1</w:t>
            </w:r>
          </w:p>
        </w:tc>
        <w:tc>
          <w:tcPr>
            <w:tcW w:w="3360" w:type="dxa"/>
            <w:shd w:val="clear" w:color="auto" w:fill="D9EAF7"/>
            <w:vAlign w:val="center"/>
          </w:tcPr>
          <w:p w14:paraId="3AAFA57E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Projekcija 2</w:t>
            </w:r>
          </w:p>
        </w:tc>
      </w:tr>
      <w:tr w:rsidR="008A32FB" w14:paraId="586C2D30" w14:textId="77777777">
        <w:trPr>
          <w:jc w:val="center"/>
        </w:trPr>
        <w:tc>
          <w:tcPr>
            <w:tcW w:w="3360" w:type="dxa"/>
            <w:vAlign w:val="center"/>
          </w:tcPr>
          <w:p w14:paraId="074F12E6" w14:textId="77777777" w:rsidR="008A32FB" w:rsidRDefault="00000000">
            <w:pPr>
              <w:spacing w:after="20"/>
            </w:pPr>
            <w:r>
              <w:rPr>
                <w:sz w:val="18"/>
              </w:rPr>
              <w:t>Naziv filma</w:t>
            </w:r>
          </w:p>
        </w:tc>
        <w:tc>
          <w:tcPr>
            <w:tcW w:w="3360" w:type="dxa"/>
            <w:vAlign w:val="center"/>
          </w:tcPr>
          <w:p w14:paraId="7F94C79C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09BAA582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2AF30B12" w14:textId="77777777">
        <w:trPr>
          <w:jc w:val="center"/>
        </w:trPr>
        <w:tc>
          <w:tcPr>
            <w:tcW w:w="3360" w:type="dxa"/>
            <w:vAlign w:val="center"/>
          </w:tcPr>
          <w:p w14:paraId="490E76C9" w14:textId="77777777" w:rsidR="008A32FB" w:rsidRDefault="00000000">
            <w:pPr>
              <w:spacing w:after="20"/>
            </w:pPr>
            <w:r>
              <w:rPr>
                <w:sz w:val="18"/>
              </w:rPr>
              <w:t>Autor / godina / trajanje</w:t>
            </w:r>
          </w:p>
        </w:tc>
        <w:tc>
          <w:tcPr>
            <w:tcW w:w="3360" w:type="dxa"/>
            <w:vAlign w:val="center"/>
          </w:tcPr>
          <w:p w14:paraId="4AEFC985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6C12DE9D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:rsidRPr="008D1D47" w14:paraId="3AFC7871" w14:textId="77777777">
        <w:trPr>
          <w:jc w:val="center"/>
        </w:trPr>
        <w:tc>
          <w:tcPr>
            <w:tcW w:w="3360" w:type="dxa"/>
            <w:vAlign w:val="center"/>
          </w:tcPr>
          <w:p w14:paraId="48FC89E1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Tematika i povezanost sa ciljevima Javnog poziva</w:t>
            </w:r>
          </w:p>
        </w:tc>
        <w:tc>
          <w:tcPr>
            <w:tcW w:w="3360" w:type="dxa"/>
            <w:vAlign w:val="center"/>
          </w:tcPr>
          <w:p w14:paraId="1B425C8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3360" w:type="dxa"/>
            <w:vAlign w:val="center"/>
          </w:tcPr>
          <w:p w14:paraId="5BE35338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14:paraId="21F11FE8" w14:textId="77777777">
        <w:trPr>
          <w:jc w:val="center"/>
        </w:trPr>
        <w:tc>
          <w:tcPr>
            <w:tcW w:w="3360" w:type="dxa"/>
            <w:vAlign w:val="center"/>
          </w:tcPr>
          <w:p w14:paraId="02A54C83" w14:textId="77777777" w:rsidR="008A32FB" w:rsidRDefault="00000000">
            <w:pPr>
              <w:spacing w:after="20"/>
            </w:pPr>
            <w:proofErr w:type="spellStart"/>
            <w:r>
              <w:rPr>
                <w:sz w:val="18"/>
              </w:rPr>
              <w:t>Ciljna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publika</w:t>
            </w:r>
            <w:proofErr w:type="spellEnd"/>
          </w:p>
        </w:tc>
        <w:tc>
          <w:tcPr>
            <w:tcW w:w="3360" w:type="dxa"/>
            <w:vAlign w:val="center"/>
          </w:tcPr>
          <w:p w14:paraId="1A74FFAE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158171A2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42A2074F" w14:textId="77777777">
        <w:trPr>
          <w:jc w:val="center"/>
        </w:trPr>
        <w:tc>
          <w:tcPr>
            <w:tcW w:w="3360" w:type="dxa"/>
            <w:vAlign w:val="center"/>
          </w:tcPr>
          <w:p w14:paraId="3A61C8C5" w14:textId="77777777" w:rsidR="008A32FB" w:rsidRDefault="00000000">
            <w:pPr>
              <w:spacing w:after="20"/>
            </w:pPr>
            <w:r>
              <w:rPr>
                <w:sz w:val="18"/>
              </w:rPr>
              <w:t>Status prava/licence za javno prikazivanje i način obezbjeđivanja</w:t>
            </w:r>
          </w:p>
        </w:tc>
        <w:tc>
          <w:tcPr>
            <w:tcW w:w="3360" w:type="dxa"/>
            <w:vAlign w:val="center"/>
          </w:tcPr>
          <w:p w14:paraId="545FFDF7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019EC2C1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7C1EF735" w14:textId="77777777">
        <w:trPr>
          <w:jc w:val="center"/>
        </w:trPr>
        <w:tc>
          <w:tcPr>
            <w:tcW w:w="3360" w:type="dxa"/>
            <w:vAlign w:val="center"/>
          </w:tcPr>
          <w:p w14:paraId="5CFF2715" w14:textId="77777777" w:rsidR="008A32FB" w:rsidRDefault="00000000">
            <w:pPr>
              <w:spacing w:after="20"/>
            </w:pPr>
            <w:r>
              <w:rPr>
                <w:sz w:val="18"/>
              </w:rPr>
              <w:t>Tehnički i organizacioni zahtjevi</w:t>
            </w:r>
          </w:p>
        </w:tc>
        <w:tc>
          <w:tcPr>
            <w:tcW w:w="3360" w:type="dxa"/>
            <w:vAlign w:val="center"/>
          </w:tcPr>
          <w:p w14:paraId="438B3D93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4FC60E4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4AFEB3A6" w14:textId="77777777" w:rsidR="008A32FB" w:rsidRDefault="008A32FB"/>
    <w:p w14:paraId="64AB2D3C" w14:textId="77777777" w:rsidR="00D04ACD" w:rsidRDefault="00D04ACD"/>
    <w:p w14:paraId="3B479A6D" w14:textId="77777777" w:rsidR="00FE41A2" w:rsidRDefault="00FE41A2"/>
    <w:p w14:paraId="283EC9D6" w14:textId="77777777" w:rsidR="008A32FB" w:rsidRDefault="00000000">
      <w:pPr>
        <w:pStyle w:val="Heading1"/>
      </w:pPr>
      <w:r>
        <w:lastRenderedPageBreak/>
        <w:t>5. PROMOCIJA, DOSTUPNOST I ORGANIZACIJA DOGAĐAJA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8A32FB" w14:paraId="125F40D9" w14:textId="77777777">
        <w:trPr>
          <w:jc w:val="center"/>
        </w:trPr>
        <w:tc>
          <w:tcPr>
            <w:tcW w:w="5040" w:type="dxa"/>
            <w:shd w:val="clear" w:color="auto" w:fill="D9EAF7"/>
            <w:vAlign w:val="center"/>
          </w:tcPr>
          <w:p w14:paraId="0BD1EB1D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Element</w:t>
            </w:r>
          </w:p>
        </w:tc>
        <w:tc>
          <w:tcPr>
            <w:tcW w:w="5040" w:type="dxa"/>
            <w:shd w:val="clear" w:color="auto" w:fill="D9EAF7"/>
            <w:vAlign w:val="center"/>
          </w:tcPr>
          <w:p w14:paraId="0F357F3F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Opis predloženog pristupa</w:t>
            </w:r>
          </w:p>
        </w:tc>
      </w:tr>
      <w:tr w:rsidR="008A32FB" w:rsidRPr="008D1D47" w14:paraId="308206ED" w14:textId="77777777">
        <w:trPr>
          <w:jc w:val="center"/>
        </w:trPr>
        <w:tc>
          <w:tcPr>
            <w:tcW w:w="5040" w:type="dxa"/>
            <w:vAlign w:val="center"/>
          </w:tcPr>
          <w:p w14:paraId="6B4777B5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Plan najave i promocije događaja (kanali, dinamika, materijali)</w:t>
            </w:r>
          </w:p>
        </w:tc>
        <w:tc>
          <w:tcPr>
            <w:tcW w:w="5040" w:type="dxa"/>
            <w:vAlign w:val="center"/>
          </w:tcPr>
          <w:p w14:paraId="2FC84168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42F8E34C" w14:textId="77777777">
        <w:trPr>
          <w:jc w:val="center"/>
        </w:trPr>
        <w:tc>
          <w:tcPr>
            <w:tcW w:w="5040" w:type="dxa"/>
            <w:vAlign w:val="center"/>
          </w:tcPr>
          <w:p w14:paraId="07508B44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Način informisanja i uključivanja ciljnih grupa</w:t>
            </w:r>
          </w:p>
        </w:tc>
        <w:tc>
          <w:tcPr>
            <w:tcW w:w="5040" w:type="dxa"/>
            <w:vAlign w:val="center"/>
          </w:tcPr>
          <w:p w14:paraId="37FB690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14:paraId="4B396809" w14:textId="77777777">
        <w:trPr>
          <w:jc w:val="center"/>
        </w:trPr>
        <w:tc>
          <w:tcPr>
            <w:tcW w:w="5040" w:type="dxa"/>
            <w:vAlign w:val="center"/>
          </w:tcPr>
          <w:p w14:paraId="6134A576" w14:textId="77777777" w:rsidR="008A32FB" w:rsidRDefault="00000000">
            <w:pPr>
              <w:spacing w:after="20"/>
            </w:pPr>
            <w:proofErr w:type="spellStart"/>
            <w:r>
              <w:rPr>
                <w:sz w:val="18"/>
              </w:rPr>
              <w:t>Mjere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pristupačnosti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nediskriminacije</w:t>
            </w:r>
            <w:proofErr w:type="spellEnd"/>
          </w:p>
        </w:tc>
        <w:tc>
          <w:tcPr>
            <w:tcW w:w="5040" w:type="dxa"/>
            <w:vAlign w:val="center"/>
          </w:tcPr>
          <w:p w14:paraId="3BBC8B51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:rsidRPr="008D1D47" w14:paraId="58F13241" w14:textId="77777777">
        <w:trPr>
          <w:jc w:val="center"/>
        </w:trPr>
        <w:tc>
          <w:tcPr>
            <w:tcW w:w="5040" w:type="dxa"/>
            <w:vAlign w:val="center"/>
          </w:tcPr>
          <w:p w14:paraId="7458F14A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Organizaciona i tehnička podrška tokom projekcija</w:t>
            </w:r>
          </w:p>
        </w:tc>
        <w:tc>
          <w:tcPr>
            <w:tcW w:w="5040" w:type="dxa"/>
            <w:vAlign w:val="center"/>
          </w:tcPr>
          <w:p w14:paraId="132DA3CA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  <w:r w:rsidRPr="00D04ACD">
              <w:rPr>
                <w:sz w:val="18"/>
                <w:lang w:val="pl-PL"/>
              </w:rPr>
              <w:br/>
            </w:r>
          </w:p>
        </w:tc>
      </w:tr>
    </w:tbl>
    <w:p w14:paraId="3821D875" w14:textId="77777777" w:rsidR="008A32FB" w:rsidRPr="00D04ACD" w:rsidRDefault="008A32FB">
      <w:pPr>
        <w:rPr>
          <w:lang w:val="pl-PL"/>
        </w:rPr>
      </w:pPr>
    </w:p>
    <w:p w14:paraId="0579C91D" w14:textId="77777777" w:rsidR="008A32FB" w:rsidRDefault="00000000">
      <w:pPr>
        <w:pStyle w:val="Heading1"/>
      </w:pPr>
      <w:r>
        <w:t>6. KLJUČNI ČLANOVI TIMA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8A32FB" w14:paraId="622779AC" w14:textId="77777777">
        <w:trPr>
          <w:jc w:val="center"/>
        </w:trPr>
        <w:tc>
          <w:tcPr>
            <w:tcW w:w="3360" w:type="dxa"/>
            <w:shd w:val="clear" w:color="auto" w:fill="D9EAF7"/>
            <w:vAlign w:val="center"/>
          </w:tcPr>
          <w:p w14:paraId="2C251163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Ime i prezime</w:t>
            </w:r>
          </w:p>
        </w:tc>
        <w:tc>
          <w:tcPr>
            <w:tcW w:w="3360" w:type="dxa"/>
            <w:shd w:val="clear" w:color="auto" w:fill="D9EAF7"/>
            <w:vAlign w:val="center"/>
          </w:tcPr>
          <w:p w14:paraId="2518D11E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Uloga na projektu</w:t>
            </w:r>
          </w:p>
        </w:tc>
        <w:tc>
          <w:tcPr>
            <w:tcW w:w="3360" w:type="dxa"/>
            <w:shd w:val="clear" w:color="auto" w:fill="D9EAF7"/>
            <w:vAlign w:val="center"/>
          </w:tcPr>
          <w:p w14:paraId="441B30AF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Relevantne kvalifikacije / iskustvo</w:t>
            </w:r>
          </w:p>
        </w:tc>
      </w:tr>
      <w:tr w:rsidR="008A32FB" w14:paraId="5D08E044" w14:textId="77777777">
        <w:trPr>
          <w:jc w:val="center"/>
        </w:trPr>
        <w:tc>
          <w:tcPr>
            <w:tcW w:w="3360" w:type="dxa"/>
            <w:vAlign w:val="center"/>
          </w:tcPr>
          <w:p w14:paraId="1F739BFF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31343751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3B3AE250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2673285F" w14:textId="77777777">
        <w:trPr>
          <w:jc w:val="center"/>
        </w:trPr>
        <w:tc>
          <w:tcPr>
            <w:tcW w:w="3360" w:type="dxa"/>
            <w:vAlign w:val="center"/>
          </w:tcPr>
          <w:p w14:paraId="38907C4D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19FD6985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29C5DB1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14ACE696" w14:textId="77777777">
        <w:trPr>
          <w:jc w:val="center"/>
        </w:trPr>
        <w:tc>
          <w:tcPr>
            <w:tcW w:w="3360" w:type="dxa"/>
            <w:vAlign w:val="center"/>
          </w:tcPr>
          <w:p w14:paraId="2AE099A2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05729C85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18EB446E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4D5F62A2" w14:textId="77777777">
        <w:trPr>
          <w:jc w:val="center"/>
        </w:trPr>
        <w:tc>
          <w:tcPr>
            <w:tcW w:w="3360" w:type="dxa"/>
            <w:vAlign w:val="center"/>
          </w:tcPr>
          <w:p w14:paraId="4816CBED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2D9A2F38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0F12554F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5F57BDC3" w14:textId="77777777" w:rsidR="008A32FB" w:rsidRDefault="008A32FB"/>
    <w:p w14:paraId="4417C4AC" w14:textId="77777777" w:rsidR="008A32FB" w:rsidRPr="00D04ACD" w:rsidRDefault="00000000">
      <w:pPr>
        <w:rPr>
          <w:lang w:val="pt-BR"/>
        </w:rPr>
      </w:pPr>
      <w:r w:rsidRPr="00D04ACD">
        <w:rPr>
          <w:lang w:val="pt-BR"/>
        </w:rPr>
        <w:t>Biografije/CV-jevi i relevantne reference ključnih članova tima prilažu se uz prijavu.</w:t>
      </w:r>
    </w:p>
    <w:p w14:paraId="5EE0C45D" w14:textId="77777777" w:rsidR="008A32FB" w:rsidRDefault="00000000">
      <w:pPr>
        <w:pStyle w:val="Heading1"/>
      </w:pPr>
      <w:r>
        <w:t>7. PRETHODNO ISKUSTVO I REFERENCE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8A32FB" w14:paraId="75C1CEEB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6FDA015E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Naziv projekta / aktivnosti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19736E55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Naručilac / partner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7C5C7E07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Period realizacije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035BD9DE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Kratak opis i dokaz</w:t>
            </w:r>
          </w:p>
        </w:tc>
      </w:tr>
      <w:tr w:rsidR="008A32FB" w14:paraId="105941DE" w14:textId="77777777">
        <w:trPr>
          <w:jc w:val="center"/>
        </w:trPr>
        <w:tc>
          <w:tcPr>
            <w:tcW w:w="2520" w:type="dxa"/>
            <w:vAlign w:val="center"/>
          </w:tcPr>
          <w:p w14:paraId="272C1332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60E92886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6BC481D5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6CB5AA75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76670AFA" w14:textId="77777777">
        <w:trPr>
          <w:jc w:val="center"/>
        </w:trPr>
        <w:tc>
          <w:tcPr>
            <w:tcW w:w="2520" w:type="dxa"/>
            <w:vAlign w:val="center"/>
          </w:tcPr>
          <w:p w14:paraId="4B40A2C3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09B0E6C3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62918B1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04922A22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A32FB" w14:paraId="23DB4392" w14:textId="77777777">
        <w:trPr>
          <w:jc w:val="center"/>
        </w:trPr>
        <w:tc>
          <w:tcPr>
            <w:tcW w:w="2520" w:type="dxa"/>
            <w:vAlign w:val="center"/>
          </w:tcPr>
          <w:p w14:paraId="6A1D149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78AC347B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0166390A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49A6ECE7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2DBBFB53" w14:textId="77777777" w:rsidR="008A32FB" w:rsidRDefault="008A32FB"/>
    <w:p w14:paraId="1FA57D57" w14:textId="77777777" w:rsidR="008A32FB" w:rsidRDefault="00000000">
      <w:pPr>
        <w:pStyle w:val="Heading1"/>
      </w:pPr>
      <w:r>
        <w:t>8. FINANSIJSKA PONUDA</w:t>
      </w:r>
    </w:p>
    <w:p w14:paraId="2AC63272" w14:textId="77777777" w:rsidR="008A32FB" w:rsidRDefault="00000000">
      <w:r>
        <w:t>Navesti troškove po pojedinačnim aktivnostima. Troškovi moraju biti direktno povezani sa realizacijom programa i potkrijepljeni odgovarajućom dokumentacijom. Iznose iskazati u eurima.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80"/>
        <w:gridCol w:w="1920"/>
        <w:gridCol w:w="1440"/>
        <w:gridCol w:w="1680"/>
        <w:gridCol w:w="1680"/>
        <w:gridCol w:w="1680"/>
      </w:tblGrid>
      <w:tr w:rsidR="008A32FB" w14:paraId="4A8C3C71" w14:textId="77777777" w:rsidTr="00D04ACD">
        <w:trPr>
          <w:jc w:val="center"/>
        </w:trPr>
        <w:tc>
          <w:tcPr>
            <w:tcW w:w="1680" w:type="dxa"/>
            <w:shd w:val="clear" w:color="auto" w:fill="D9EAF7"/>
            <w:vAlign w:val="center"/>
          </w:tcPr>
          <w:p w14:paraId="108A0FF7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R. br.</w:t>
            </w:r>
          </w:p>
        </w:tc>
        <w:tc>
          <w:tcPr>
            <w:tcW w:w="1920" w:type="dxa"/>
            <w:shd w:val="clear" w:color="auto" w:fill="D9EAF7"/>
            <w:vAlign w:val="center"/>
          </w:tcPr>
          <w:p w14:paraId="1B933453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Aktivnost / stavka troška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794B1377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Obrazloženje / obračun</w:t>
            </w:r>
          </w:p>
        </w:tc>
        <w:tc>
          <w:tcPr>
            <w:tcW w:w="1680" w:type="dxa"/>
            <w:shd w:val="clear" w:color="auto" w:fill="D9EAF7"/>
            <w:vAlign w:val="center"/>
          </w:tcPr>
          <w:p w14:paraId="5036A8BA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Iznos bez PDV-a</w:t>
            </w:r>
          </w:p>
        </w:tc>
        <w:tc>
          <w:tcPr>
            <w:tcW w:w="1680" w:type="dxa"/>
            <w:shd w:val="clear" w:color="auto" w:fill="D9EAF7"/>
            <w:vAlign w:val="center"/>
          </w:tcPr>
          <w:p w14:paraId="5BF3C202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PDV</w:t>
            </w:r>
          </w:p>
        </w:tc>
        <w:tc>
          <w:tcPr>
            <w:tcW w:w="1680" w:type="dxa"/>
            <w:shd w:val="clear" w:color="auto" w:fill="D9EAF7"/>
            <w:vAlign w:val="center"/>
          </w:tcPr>
          <w:p w14:paraId="3166A9C8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Ukupno sa PDV-om</w:t>
            </w:r>
          </w:p>
        </w:tc>
      </w:tr>
      <w:tr w:rsidR="008A32FB" w:rsidRPr="008D1D47" w14:paraId="1E80CCE5" w14:textId="77777777" w:rsidTr="00D04ACD">
        <w:trPr>
          <w:jc w:val="center"/>
        </w:trPr>
        <w:tc>
          <w:tcPr>
            <w:tcW w:w="1680" w:type="dxa"/>
            <w:vAlign w:val="center"/>
          </w:tcPr>
          <w:p w14:paraId="00F78C47" w14:textId="77777777" w:rsidR="008A32FB" w:rsidRDefault="00000000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1920" w:type="dxa"/>
            <w:vAlign w:val="center"/>
          </w:tcPr>
          <w:p w14:paraId="33CD2F6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Razvoj i priprema dokumentarnog filma</w:t>
            </w:r>
          </w:p>
        </w:tc>
        <w:tc>
          <w:tcPr>
            <w:tcW w:w="1440" w:type="dxa"/>
            <w:vAlign w:val="center"/>
          </w:tcPr>
          <w:p w14:paraId="619F367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33F9483D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7D55159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442A1BFF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2F49A38F" w14:textId="77777777" w:rsidTr="00D04ACD">
        <w:trPr>
          <w:jc w:val="center"/>
        </w:trPr>
        <w:tc>
          <w:tcPr>
            <w:tcW w:w="1680" w:type="dxa"/>
            <w:vAlign w:val="center"/>
          </w:tcPr>
          <w:p w14:paraId="4E413D10" w14:textId="77777777" w:rsidR="008A32FB" w:rsidRDefault="00000000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1920" w:type="dxa"/>
            <w:vAlign w:val="center"/>
          </w:tcPr>
          <w:p w14:paraId="1D3EEA1A" w14:textId="77777777" w:rsidR="00D04ACD" w:rsidRDefault="00000000">
            <w:pPr>
              <w:spacing w:after="20"/>
              <w:rPr>
                <w:sz w:val="18"/>
                <w:lang w:val="pl-PL"/>
              </w:rPr>
            </w:pPr>
            <w:r w:rsidRPr="00D04ACD">
              <w:rPr>
                <w:sz w:val="18"/>
                <w:lang w:val="pl-PL"/>
              </w:rPr>
              <w:t xml:space="preserve">Snimanje i produkcija dokumentarnog </w:t>
            </w:r>
          </w:p>
          <w:p w14:paraId="18468638" w14:textId="77777777" w:rsidR="008D1D47" w:rsidRDefault="008D1D47">
            <w:pPr>
              <w:spacing w:after="20"/>
              <w:rPr>
                <w:sz w:val="18"/>
                <w:lang w:val="pl-PL"/>
              </w:rPr>
            </w:pPr>
            <w:r w:rsidRPr="00D04ACD">
              <w:rPr>
                <w:sz w:val="18"/>
                <w:lang w:val="pl-PL"/>
              </w:rPr>
              <w:t>F</w:t>
            </w:r>
            <w:r w:rsidR="00000000" w:rsidRPr="00D04ACD">
              <w:rPr>
                <w:sz w:val="18"/>
                <w:lang w:val="pl-PL"/>
              </w:rPr>
              <w:t>ilma</w:t>
            </w:r>
          </w:p>
          <w:p w14:paraId="37D080C7" w14:textId="6B829286" w:rsidR="008D1D47" w:rsidRPr="008D1D47" w:rsidRDefault="008D1D47">
            <w:pPr>
              <w:spacing w:after="20"/>
              <w:rPr>
                <w:sz w:val="18"/>
                <w:lang w:val="pl-PL"/>
              </w:rPr>
            </w:pPr>
          </w:p>
        </w:tc>
        <w:tc>
          <w:tcPr>
            <w:tcW w:w="1440" w:type="dxa"/>
            <w:vAlign w:val="center"/>
          </w:tcPr>
          <w:p w14:paraId="54E936B2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11E433CB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7AA3A02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7243D4DA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2886F0F3" w14:textId="77777777" w:rsidTr="00D04ACD">
        <w:trPr>
          <w:jc w:val="center"/>
        </w:trPr>
        <w:tc>
          <w:tcPr>
            <w:tcW w:w="1680" w:type="dxa"/>
            <w:vAlign w:val="center"/>
          </w:tcPr>
          <w:p w14:paraId="3714823C" w14:textId="77777777" w:rsidR="008A32FB" w:rsidRDefault="00000000">
            <w:pPr>
              <w:spacing w:after="20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1920" w:type="dxa"/>
            <w:vAlign w:val="center"/>
          </w:tcPr>
          <w:p w14:paraId="28D5171B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Postprodukcija / titlovi / obrada zvuka i slike</w:t>
            </w:r>
          </w:p>
        </w:tc>
        <w:tc>
          <w:tcPr>
            <w:tcW w:w="1440" w:type="dxa"/>
            <w:vAlign w:val="center"/>
          </w:tcPr>
          <w:p w14:paraId="11E44273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7CD5EEDF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3639CA9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621DB3C8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26C8A2C2" w14:textId="77777777" w:rsidTr="00D04ACD">
        <w:trPr>
          <w:jc w:val="center"/>
        </w:trPr>
        <w:tc>
          <w:tcPr>
            <w:tcW w:w="1680" w:type="dxa"/>
            <w:vAlign w:val="center"/>
          </w:tcPr>
          <w:p w14:paraId="5BD66654" w14:textId="77777777" w:rsidR="008A32FB" w:rsidRDefault="00000000">
            <w:pPr>
              <w:spacing w:after="20"/>
            </w:pPr>
            <w:r>
              <w:rPr>
                <w:sz w:val="18"/>
              </w:rPr>
              <w:t>4</w:t>
            </w:r>
          </w:p>
        </w:tc>
        <w:tc>
          <w:tcPr>
            <w:tcW w:w="1920" w:type="dxa"/>
            <w:vAlign w:val="center"/>
          </w:tcPr>
          <w:p w14:paraId="4B208C5E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t>Prava/licence za javno prikazivanje filmova</w:t>
            </w:r>
          </w:p>
        </w:tc>
        <w:tc>
          <w:tcPr>
            <w:tcW w:w="1440" w:type="dxa"/>
            <w:vAlign w:val="center"/>
          </w:tcPr>
          <w:p w14:paraId="3AB5C28C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br/>
            </w:r>
          </w:p>
        </w:tc>
        <w:tc>
          <w:tcPr>
            <w:tcW w:w="1680" w:type="dxa"/>
            <w:vAlign w:val="center"/>
          </w:tcPr>
          <w:p w14:paraId="69F54AE0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br/>
            </w:r>
          </w:p>
        </w:tc>
        <w:tc>
          <w:tcPr>
            <w:tcW w:w="1680" w:type="dxa"/>
            <w:vAlign w:val="center"/>
          </w:tcPr>
          <w:p w14:paraId="0246614D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br/>
            </w:r>
          </w:p>
        </w:tc>
        <w:tc>
          <w:tcPr>
            <w:tcW w:w="1680" w:type="dxa"/>
            <w:vAlign w:val="center"/>
          </w:tcPr>
          <w:p w14:paraId="610F65FE" w14:textId="77777777" w:rsidR="008A32FB" w:rsidRPr="00D04ACD" w:rsidRDefault="00000000">
            <w:pPr>
              <w:spacing w:after="20"/>
              <w:rPr>
                <w:lang w:val="pt-BR"/>
              </w:rPr>
            </w:pPr>
            <w:r w:rsidRPr="00D04ACD">
              <w:rPr>
                <w:sz w:val="18"/>
                <w:lang w:val="pt-BR"/>
              </w:rPr>
              <w:br/>
            </w:r>
          </w:p>
        </w:tc>
      </w:tr>
      <w:tr w:rsidR="008A32FB" w:rsidRPr="008D1D47" w14:paraId="3325DE19" w14:textId="77777777" w:rsidTr="00D04ACD">
        <w:trPr>
          <w:jc w:val="center"/>
        </w:trPr>
        <w:tc>
          <w:tcPr>
            <w:tcW w:w="1680" w:type="dxa"/>
            <w:vAlign w:val="center"/>
          </w:tcPr>
          <w:p w14:paraId="7A18C304" w14:textId="77777777" w:rsidR="008A32FB" w:rsidRDefault="00000000">
            <w:pPr>
              <w:spacing w:after="20"/>
            </w:pPr>
            <w:r>
              <w:rPr>
                <w:sz w:val="18"/>
              </w:rPr>
              <w:t>5</w:t>
            </w:r>
          </w:p>
        </w:tc>
        <w:tc>
          <w:tcPr>
            <w:tcW w:w="1920" w:type="dxa"/>
            <w:vAlign w:val="center"/>
          </w:tcPr>
          <w:p w14:paraId="22FE68CA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Organizacija i tehnička realizacija projekcija</w:t>
            </w:r>
          </w:p>
        </w:tc>
        <w:tc>
          <w:tcPr>
            <w:tcW w:w="1440" w:type="dxa"/>
            <w:vAlign w:val="center"/>
          </w:tcPr>
          <w:p w14:paraId="1506DC6F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43435A0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09E09D6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09022A85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14:paraId="5D302BFA" w14:textId="77777777" w:rsidTr="00D04ACD">
        <w:trPr>
          <w:jc w:val="center"/>
        </w:trPr>
        <w:tc>
          <w:tcPr>
            <w:tcW w:w="1680" w:type="dxa"/>
            <w:vAlign w:val="center"/>
          </w:tcPr>
          <w:p w14:paraId="4EC63E3F" w14:textId="77777777" w:rsidR="008A32FB" w:rsidRDefault="00000000">
            <w:pPr>
              <w:spacing w:after="20"/>
            </w:pPr>
            <w:r>
              <w:rPr>
                <w:sz w:val="18"/>
              </w:rPr>
              <w:t>6</w:t>
            </w:r>
          </w:p>
        </w:tc>
        <w:tc>
          <w:tcPr>
            <w:tcW w:w="1920" w:type="dxa"/>
            <w:vAlign w:val="center"/>
          </w:tcPr>
          <w:p w14:paraId="264ED692" w14:textId="77777777" w:rsidR="008A32FB" w:rsidRDefault="00000000">
            <w:pPr>
              <w:spacing w:after="20"/>
            </w:pPr>
            <w:r>
              <w:rPr>
                <w:sz w:val="18"/>
              </w:rPr>
              <w:t>Promocija i informisanje javnosti</w:t>
            </w:r>
          </w:p>
        </w:tc>
        <w:tc>
          <w:tcPr>
            <w:tcW w:w="1440" w:type="dxa"/>
            <w:vAlign w:val="center"/>
          </w:tcPr>
          <w:p w14:paraId="398A7728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100A0463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6B570F0C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05E92B56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:rsidRPr="008D1D47" w14:paraId="15828D80" w14:textId="77777777" w:rsidTr="00D04ACD">
        <w:trPr>
          <w:jc w:val="center"/>
        </w:trPr>
        <w:tc>
          <w:tcPr>
            <w:tcW w:w="1680" w:type="dxa"/>
            <w:vAlign w:val="center"/>
          </w:tcPr>
          <w:p w14:paraId="1C13F655" w14:textId="77777777" w:rsidR="008A32FB" w:rsidRDefault="00000000">
            <w:pPr>
              <w:spacing w:after="20"/>
            </w:pPr>
            <w:r>
              <w:rPr>
                <w:sz w:val="18"/>
              </w:rPr>
              <w:t>7</w:t>
            </w:r>
          </w:p>
        </w:tc>
        <w:tc>
          <w:tcPr>
            <w:tcW w:w="1920" w:type="dxa"/>
            <w:vAlign w:val="center"/>
          </w:tcPr>
          <w:p w14:paraId="44DDCC8E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Dokumentovanje aktivnosti i završni izvještaj</w:t>
            </w:r>
          </w:p>
        </w:tc>
        <w:tc>
          <w:tcPr>
            <w:tcW w:w="1440" w:type="dxa"/>
            <w:vAlign w:val="center"/>
          </w:tcPr>
          <w:p w14:paraId="0BFD4DD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0F9FD3F3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0192D684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1680" w:type="dxa"/>
            <w:vAlign w:val="center"/>
          </w:tcPr>
          <w:p w14:paraId="793C3322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14:paraId="529DE35F" w14:textId="77777777" w:rsidTr="00D04ACD">
        <w:trPr>
          <w:jc w:val="center"/>
        </w:trPr>
        <w:tc>
          <w:tcPr>
            <w:tcW w:w="1680" w:type="dxa"/>
            <w:vAlign w:val="center"/>
          </w:tcPr>
          <w:p w14:paraId="4C7B26F7" w14:textId="77777777" w:rsidR="008A32FB" w:rsidRDefault="00000000">
            <w:pPr>
              <w:spacing w:after="20"/>
            </w:pPr>
            <w:r>
              <w:rPr>
                <w:sz w:val="18"/>
              </w:rPr>
              <w:t>8</w:t>
            </w:r>
          </w:p>
        </w:tc>
        <w:tc>
          <w:tcPr>
            <w:tcW w:w="1920" w:type="dxa"/>
            <w:vAlign w:val="center"/>
          </w:tcPr>
          <w:p w14:paraId="2B92A5CD" w14:textId="77777777" w:rsidR="008A32FB" w:rsidRDefault="00000000">
            <w:pPr>
              <w:spacing w:after="20"/>
            </w:pPr>
            <w:r>
              <w:rPr>
                <w:sz w:val="18"/>
              </w:rPr>
              <w:t>Ostali direktni troškovi (precizirati)</w:t>
            </w:r>
          </w:p>
        </w:tc>
        <w:tc>
          <w:tcPr>
            <w:tcW w:w="1440" w:type="dxa"/>
            <w:vAlign w:val="center"/>
          </w:tcPr>
          <w:p w14:paraId="33EF7BAC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056832EE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097685D8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22F9577C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14:paraId="7CFAD78C" w14:textId="77777777" w:rsidTr="00D04ACD">
        <w:trPr>
          <w:jc w:val="center"/>
        </w:trPr>
        <w:tc>
          <w:tcPr>
            <w:tcW w:w="1680" w:type="dxa"/>
            <w:vAlign w:val="center"/>
          </w:tcPr>
          <w:p w14:paraId="0E289D9D" w14:textId="77777777" w:rsidR="008A32FB" w:rsidRDefault="008A32FB">
            <w:pPr>
              <w:spacing w:after="20"/>
            </w:pPr>
          </w:p>
        </w:tc>
        <w:tc>
          <w:tcPr>
            <w:tcW w:w="1920" w:type="dxa"/>
            <w:vAlign w:val="center"/>
          </w:tcPr>
          <w:p w14:paraId="47334B4E" w14:textId="77777777" w:rsidR="008A32FB" w:rsidRDefault="00000000">
            <w:pPr>
              <w:spacing w:after="20"/>
            </w:pPr>
            <w:r>
              <w:rPr>
                <w:sz w:val="18"/>
              </w:rPr>
              <w:t>UKUPNO</w:t>
            </w:r>
          </w:p>
        </w:tc>
        <w:tc>
          <w:tcPr>
            <w:tcW w:w="1440" w:type="dxa"/>
            <w:vAlign w:val="center"/>
          </w:tcPr>
          <w:p w14:paraId="15DCBCD1" w14:textId="77777777" w:rsidR="008A32FB" w:rsidRDefault="008A32FB">
            <w:pPr>
              <w:spacing w:after="20"/>
            </w:pPr>
          </w:p>
        </w:tc>
        <w:tc>
          <w:tcPr>
            <w:tcW w:w="1680" w:type="dxa"/>
            <w:vAlign w:val="center"/>
          </w:tcPr>
          <w:p w14:paraId="50444A5C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66E57A3F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1680" w:type="dxa"/>
            <w:vAlign w:val="center"/>
          </w:tcPr>
          <w:p w14:paraId="0C8FA007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</w:tbl>
    <w:p w14:paraId="3E2C201A" w14:textId="77777777" w:rsidR="008A32FB" w:rsidRDefault="008A32FB"/>
    <w:p w14:paraId="3DD8643B" w14:textId="77777777" w:rsidR="008A32FB" w:rsidRDefault="00000000">
      <w:r>
        <w:t>Ukupna ponuđena cijena sa uračunatim PDV-om: __________________________ EUR</w:t>
      </w:r>
    </w:p>
    <w:p w14:paraId="3189FCA8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Napomena / dodatno obrazloženje finansijske ponude: ______________________________________________________________</w:t>
      </w:r>
      <w:r w:rsidRPr="00D04ACD">
        <w:rPr>
          <w:lang w:val="pl-PL"/>
        </w:rPr>
        <w:br/>
        <w:t>________________________________________________________________________________________</w:t>
      </w:r>
    </w:p>
    <w:p w14:paraId="15AE8EFA" w14:textId="77777777" w:rsidR="008A32FB" w:rsidRDefault="00000000">
      <w:pPr>
        <w:pStyle w:val="Heading1"/>
      </w:pPr>
      <w:r>
        <w:t>9. DINAMIČKI PLAN REALIZACIJE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8A32FB" w14:paraId="61A21A64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64AFCD68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Aktivnost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4767FEA6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Planirani početak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7BA10769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Planirani završetak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6BA63091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Očekivani rezultat / dokaz</w:t>
            </w:r>
          </w:p>
        </w:tc>
      </w:tr>
      <w:tr w:rsidR="008A32FB" w14:paraId="6CA83B41" w14:textId="77777777">
        <w:trPr>
          <w:jc w:val="center"/>
        </w:trPr>
        <w:tc>
          <w:tcPr>
            <w:tcW w:w="2520" w:type="dxa"/>
            <w:vAlign w:val="center"/>
          </w:tcPr>
          <w:p w14:paraId="22DB67F0" w14:textId="77777777" w:rsidR="008A32FB" w:rsidRDefault="00000000">
            <w:pPr>
              <w:spacing w:after="20"/>
            </w:pPr>
            <w:r>
              <w:rPr>
                <w:sz w:val="18"/>
              </w:rPr>
              <w:t>Razrada koncepta i priprema</w:t>
            </w:r>
          </w:p>
        </w:tc>
        <w:tc>
          <w:tcPr>
            <w:tcW w:w="2520" w:type="dxa"/>
            <w:vAlign w:val="center"/>
          </w:tcPr>
          <w:p w14:paraId="562F3475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6BFC5746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4AAD126A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 w:rsidR="008A32FB" w:rsidRPr="008D1D47" w14:paraId="1DC663A7" w14:textId="77777777">
        <w:trPr>
          <w:jc w:val="center"/>
        </w:trPr>
        <w:tc>
          <w:tcPr>
            <w:tcW w:w="2520" w:type="dxa"/>
            <w:vAlign w:val="center"/>
          </w:tcPr>
          <w:p w14:paraId="0CF6292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Priprema i snimanje dokumentarnog filma</w:t>
            </w:r>
          </w:p>
        </w:tc>
        <w:tc>
          <w:tcPr>
            <w:tcW w:w="2520" w:type="dxa"/>
            <w:vAlign w:val="center"/>
          </w:tcPr>
          <w:p w14:paraId="5A954615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2BAE8512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6133DD87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1350F708" w14:textId="77777777">
        <w:trPr>
          <w:jc w:val="center"/>
        </w:trPr>
        <w:tc>
          <w:tcPr>
            <w:tcW w:w="2520" w:type="dxa"/>
            <w:vAlign w:val="center"/>
          </w:tcPr>
          <w:p w14:paraId="5EE9CED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Postprodukcija i provjera zaštitnih mjera</w:t>
            </w:r>
          </w:p>
        </w:tc>
        <w:tc>
          <w:tcPr>
            <w:tcW w:w="2520" w:type="dxa"/>
            <w:vAlign w:val="center"/>
          </w:tcPr>
          <w:p w14:paraId="4AAFF6E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5B9FC0A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1AADA99F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74BF1800" w14:textId="77777777">
        <w:trPr>
          <w:jc w:val="center"/>
        </w:trPr>
        <w:tc>
          <w:tcPr>
            <w:tcW w:w="2520" w:type="dxa"/>
            <w:vAlign w:val="center"/>
          </w:tcPr>
          <w:p w14:paraId="24219F3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Priprema i pribavljanje prava za projekcije</w:t>
            </w:r>
          </w:p>
        </w:tc>
        <w:tc>
          <w:tcPr>
            <w:tcW w:w="2520" w:type="dxa"/>
            <w:vAlign w:val="center"/>
          </w:tcPr>
          <w:p w14:paraId="38E5A206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5C859DFD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0D0ADCA3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:rsidRPr="008D1D47" w14:paraId="087877F2" w14:textId="77777777">
        <w:trPr>
          <w:jc w:val="center"/>
        </w:trPr>
        <w:tc>
          <w:tcPr>
            <w:tcW w:w="2520" w:type="dxa"/>
            <w:vAlign w:val="center"/>
          </w:tcPr>
          <w:p w14:paraId="6208C071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t>Promocija i realizacija dvije projekcije</w:t>
            </w:r>
          </w:p>
        </w:tc>
        <w:tc>
          <w:tcPr>
            <w:tcW w:w="2520" w:type="dxa"/>
            <w:vAlign w:val="center"/>
          </w:tcPr>
          <w:p w14:paraId="04CBA66A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13BBF18C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  <w:tc>
          <w:tcPr>
            <w:tcW w:w="2520" w:type="dxa"/>
            <w:vAlign w:val="center"/>
          </w:tcPr>
          <w:p w14:paraId="2C2E54D0" w14:textId="77777777" w:rsidR="008A32FB" w:rsidRPr="00D04ACD" w:rsidRDefault="00000000">
            <w:pPr>
              <w:spacing w:after="20"/>
              <w:rPr>
                <w:lang w:val="pl-PL"/>
              </w:rPr>
            </w:pPr>
            <w:r w:rsidRPr="00D04ACD">
              <w:rPr>
                <w:sz w:val="18"/>
                <w:lang w:val="pl-PL"/>
              </w:rPr>
              <w:br/>
            </w:r>
          </w:p>
        </w:tc>
      </w:tr>
      <w:tr w:rsidR="008A32FB" w14:paraId="5FC9E828" w14:textId="77777777">
        <w:trPr>
          <w:jc w:val="center"/>
        </w:trPr>
        <w:tc>
          <w:tcPr>
            <w:tcW w:w="2520" w:type="dxa"/>
            <w:vAlign w:val="center"/>
          </w:tcPr>
          <w:p w14:paraId="109E443A" w14:textId="77777777" w:rsidR="008A32FB" w:rsidRDefault="00000000">
            <w:pPr>
              <w:spacing w:after="20"/>
            </w:pPr>
            <w:proofErr w:type="spellStart"/>
            <w:r>
              <w:rPr>
                <w:sz w:val="18"/>
              </w:rPr>
              <w:t>Dokumentovanje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završni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izvještaj</w:t>
            </w:r>
            <w:proofErr w:type="spellEnd"/>
          </w:p>
        </w:tc>
        <w:tc>
          <w:tcPr>
            <w:tcW w:w="2520" w:type="dxa"/>
            <w:vAlign w:val="center"/>
          </w:tcPr>
          <w:p w14:paraId="22AC193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3F50635E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w="2520" w:type="dxa"/>
            <w:vAlign w:val="center"/>
          </w:tcPr>
          <w:p w14:paraId="0A00E7D1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</w:p>
        </w:tc>
      </w:tr>
    </w:tbl>
    <w:p w14:paraId="5FDC3F50" w14:textId="77777777" w:rsidR="008A32FB" w:rsidRDefault="008A32FB"/>
    <w:p w14:paraId="1F75D8C6" w14:textId="77777777" w:rsidR="008A32FB" w:rsidRDefault="00000000">
      <w:pPr>
        <w:pStyle w:val="Heading1"/>
      </w:pPr>
      <w:r>
        <w:t>10. IZJAVE PODNOSIOCA PRIJAVE</w:t>
      </w:r>
    </w:p>
    <w:p w14:paraId="0709EF50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Ja, dolje potpisani/a, u ime podnosioca prijave, izjavljujem:</w:t>
      </w:r>
    </w:p>
    <w:p w14:paraId="232E7933" w14:textId="77777777" w:rsidR="008A32FB" w:rsidRPr="00D04ACD" w:rsidRDefault="00000000">
      <w:pPr>
        <w:ind w:left="288"/>
        <w:rPr>
          <w:lang w:val="pl-PL"/>
        </w:rPr>
      </w:pPr>
      <w:r w:rsidRPr="00D04ACD">
        <w:rPr>
          <w:lang w:val="pl-PL"/>
        </w:rPr>
        <w:t>☐  da su svi podaci navedeni u prijavi i priloženoj dokumentaciji tačni i potpuni;</w:t>
      </w:r>
    </w:p>
    <w:p w14:paraId="48EC68A7" w14:textId="77777777" w:rsidR="008A32FB" w:rsidRPr="00D04ACD" w:rsidRDefault="00000000">
      <w:pPr>
        <w:ind w:left="288"/>
        <w:rPr>
          <w:lang w:val="pl-PL"/>
        </w:rPr>
      </w:pPr>
      <w:r w:rsidRPr="00D04ACD">
        <w:rPr>
          <w:lang w:val="pl-PL"/>
        </w:rPr>
        <w:t>☐  da podnosilac prijave raspolaže kapacitetima i stručnim/tehničkim resursima potrebnim za realizaciju predloženih aktivnosti;</w:t>
      </w:r>
    </w:p>
    <w:p w14:paraId="3077A151" w14:textId="77777777" w:rsidR="008A32FB" w:rsidRPr="00D04ACD" w:rsidRDefault="00000000">
      <w:pPr>
        <w:ind w:left="288"/>
        <w:rPr>
          <w:lang w:val="pl-PL"/>
        </w:rPr>
      </w:pPr>
      <w:r w:rsidRPr="00D04ACD">
        <w:rPr>
          <w:lang w:val="pl-PL"/>
        </w:rPr>
        <w:t>☐  da prihvatam uslove Javnog poziva i da sam upoznat/a sa obavezama izabranog ponuđača;</w:t>
      </w:r>
    </w:p>
    <w:p w14:paraId="78746150" w14:textId="77777777" w:rsidR="008A32FB" w:rsidRPr="00D04ACD" w:rsidRDefault="00000000">
      <w:pPr>
        <w:ind w:left="288"/>
        <w:rPr>
          <w:lang w:val="pl-PL"/>
        </w:rPr>
      </w:pPr>
      <w:r w:rsidRPr="00D04ACD">
        <w:rPr>
          <w:lang w:val="pl-PL"/>
        </w:rPr>
        <w:t>☐  da će se poštovati autorska prava i prava javnog prikazivanja filmova;</w:t>
      </w:r>
    </w:p>
    <w:p w14:paraId="23C61F71" w14:textId="77777777" w:rsidR="008A32FB" w:rsidRPr="00D04ACD" w:rsidRDefault="00000000">
      <w:pPr>
        <w:ind w:left="288"/>
        <w:rPr>
          <w:lang w:val="pl-PL"/>
        </w:rPr>
      </w:pPr>
      <w:r w:rsidRPr="00D04ACD">
        <w:rPr>
          <w:lang w:val="pl-PL"/>
        </w:rPr>
        <w:t>☐  da će se u radu sa žrtvom nasilja primjenjivati principi povjerljivosti, dostojanstva, informisanog pristanka, zaštite ličnih podataka i bezbjednosti, kao i princip „ne nanosi štetu“;</w:t>
      </w:r>
    </w:p>
    <w:p w14:paraId="02B102C1" w14:textId="77777777" w:rsidR="008A32FB" w:rsidRPr="00D04ACD" w:rsidRDefault="00000000">
      <w:pPr>
        <w:ind w:left="288"/>
        <w:rPr>
          <w:lang w:val="pl-PL"/>
        </w:rPr>
      </w:pPr>
      <w:r w:rsidRPr="00D04ACD">
        <w:rPr>
          <w:lang w:val="pl-PL"/>
        </w:rPr>
        <w:t>☐  da će se voditi evidencija o realizovanim aktivnostima i troškovima i dostaviti završni narativni i finansijski izvještaj sa dokazima o realizaciji.</w:t>
      </w:r>
    </w:p>
    <w:p w14:paraId="62D5E797" w14:textId="77777777" w:rsidR="00D04ACD" w:rsidRDefault="00D04ACD">
      <w:pPr>
        <w:ind w:left="288"/>
        <w:rPr>
          <w:lang w:val="pl-PL"/>
        </w:rPr>
      </w:pPr>
    </w:p>
    <w:p w14:paraId="189EBFBB" w14:textId="77777777" w:rsidR="008D1D47" w:rsidRDefault="008D1D47">
      <w:pPr>
        <w:ind w:left="288"/>
        <w:rPr>
          <w:lang w:val="pl-PL"/>
        </w:rPr>
      </w:pPr>
    </w:p>
    <w:p w14:paraId="0E7A6902" w14:textId="77777777" w:rsidR="008D1D47" w:rsidRPr="00D04ACD" w:rsidRDefault="008D1D47">
      <w:pPr>
        <w:ind w:left="288"/>
        <w:rPr>
          <w:lang w:val="pl-PL"/>
        </w:rPr>
      </w:pPr>
    </w:p>
    <w:p w14:paraId="1E950D70" w14:textId="77777777" w:rsidR="00D04ACD" w:rsidRPr="00D04ACD" w:rsidRDefault="00D04ACD">
      <w:pPr>
        <w:ind w:left="288"/>
        <w:rPr>
          <w:lang w:val="pl-P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8A32FB" w14:paraId="37F39532" w14:textId="77777777">
        <w:trPr>
          <w:jc w:val="center"/>
        </w:trPr>
        <w:tc>
          <w:tcPr>
            <w:tcW w:w="3360" w:type="dxa"/>
            <w:shd w:val="clear" w:color="auto" w:fill="D9EAF7"/>
            <w:vAlign w:val="center"/>
          </w:tcPr>
          <w:p w14:paraId="5BC34B47" w14:textId="77777777" w:rsidR="008A32FB" w:rsidRDefault="00000000">
            <w:pPr>
              <w:spacing w:after="20"/>
            </w:pPr>
            <w:proofErr w:type="spellStart"/>
            <w:r>
              <w:rPr>
                <w:b/>
                <w:sz w:val="18"/>
              </w:rPr>
              <w:t>Mjesto</w:t>
            </w:r>
            <w:proofErr w:type="spellEnd"/>
            <w:r>
              <w:rPr>
                <w:b/>
                <w:sz w:val="18"/>
              </w:rPr>
              <w:t xml:space="preserve"> i datum</w:t>
            </w:r>
          </w:p>
        </w:tc>
        <w:tc>
          <w:tcPr>
            <w:tcW w:w="3360" w:type="dxa"/>
            <w:shd w:val="clear" w:color="auto" w:fill="D9EAF7"/>
            <w:vAlign w:val="center"/>
          </w:tcPr>
          <w:p w14:paraId="6E2BC03A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Ime i prezime ovlašćenog lica</w:t>
            </w:r>
          </w:p>
        </w:tc>
        <w:tc>
          <w:tcPr>
            <w:tcW w:w="3360" w:type="dxa"/>
            <w:shd w:val="clear" w:color="auto" w:fill="D9EAF7"/>
            <w:vAlign w:val="center"/>
          </w:tcPr>
          <w:p w14:paraId="1F7A7552" w14:textId="77777777" w:rsidR="008A32FB" w:rsidRDefault="00000000">
            <w:pPr>
              <w:spacing w:after="20"/>
            </w:pPr>
            <w:r>
              <w:rPr>
                <w:b/>
                <w:sz w:val="18"/>
              </w:rPr>
              <w:t>Potpis i pečat (ako se koristi)</w:t>
            </w:r>
          </w:p>
        </w:tc>
      </w:tr>
      <w:tr w:rsidR="008A32FB" w14:paraId="7CAD2F1F" w14:textId="77777777">
        <w:trPr>
          <w:jc w:val="center"/>
        </w:trPr>
        <w:tc>
          <w:tcPr>
            <w:tcW w:w="3360" w:type="dxa"/>
            <w:vAlign w:val="center"/>
          </w:tcPr>
          <w:p w14:paraId="16AF60CE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612176CE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3360" w:type="dxa"/>
            <w:vAlign w:val="center"/>
          </w:tcPr>
          <w:p w14:paraId="5BD7B0F9" w14:textId="77777777" w:rsidR="008A32FB" w:rsidRDefault="00000000">
            <w:pPr>
              <w:spacing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1AF5C355" w14:textId="77777777" w:rsidR="008A32FB" w:rsidRDefault="008A32FB"/>
    <w:p w14:paraId="61534C26" w14:textId="77777777" w:rsidR="008A32FB" w:rsidRDefault="00000000">
      <w:pPr>
        <w:pStyle w:val="Heading1"/>
      </w:pPr>
      <w:r>
        <w:t>11. KONTROLNA LISTA OBAVEZNIH PRILOGA</w:t>
      </w:r>
    </w:p>
    <w:p w14:paraId="539D3774" w14:textId="77777777" w:rsidR="008A32FB" w:rsidRDefault="00000000">
      <w:r>
        <w:t>☐  Popunjen i potpisan prijavni obrazac</w:t>
      </w:r>
    </w:p>
    <w:p w14:paraId="51653B53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Profil i osnovni podaci o podnosiocu prijave</w:t>
      </w:r>
    </w:p>
    <w:p w14:paraId="33A1C55B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Opis ponuđenog programa i metodologije realizacije</w:t>
      </w:r>
    </w:p>
    <w:p w14:paraId="601D049B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Koncept i sinopsis dokumentarnog filma</w:t>
      </w:r>
    </w:p>
    <w:p w14:paraId="54469243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Konkretan prijedlog dvije filmske projekcije</w:t>
      </w:r>
    </w:p>
    <w:p w14:paraId="3265FA05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Biografije i reference ključnih članova tima</w:t>
      </w:r>
    </w:p>
    <w:p w14:paraId="0D3557F4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Dokazi o prethodnom iskustvu na sličnim projektima</w:t>
      </w:r>
    </w:p>
    <w:p w14:paraId="527BDFB7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Detaljan finansijski plan/ponuda sa iskazanim troškovima</w:t>
      </w:r>
    </w:p>
    <w:p w14:paraId="75425288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Dinamički plan realizacije</w:t>
      </w:r>
    </w:p>
    <w:p w14:paraId="0C65308F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Izjava o tačnosti podataka i prihvatanju uslova Javnog poziva (ukoliko se dostavlja kao poseban prilog)</w:t>
      </w:r>
    </w:p>
    <w:p w14:paraId="210488E3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☐  Druga dokumentacija, ako je zahtijevana</w:t>
      </w:r>
    </w:p>
    <w:p w14:paraId="46042303" w14:textId="77777777" w:rsidR="008A32FB" w:rsidRPr="00D04ACD" w:rsidRDefault="008A32FB">
      <w:pPr>
        <w:rPr>
          <w:lang w:val="pl-PL"/>
        </w:rPr>
      </w:pPr>
    </w:p>
    <w:p w14:paraId="2F89A412" w14:textId="77777777" w:rsidR="008D1D47" w:rsidRDefault="00000000">
      <w:pPr>
        <w:jc w:val="center"/>
        <w:rPr>
          <w:b/>
          <w:color w:val="1F4E79"/>
          <w:lang w:val="pl-PL"/>
        </w:rPr>
      </w:pPr>
      <w:r w:rsidRPr="00D04ACD">
        <w:rPr>
          <w:b/>
          <w:color w:val="1F4E79"/>
          <w:lang w:val="pl-PL"/>
        </w:rPr>
        <w:t>Prijava se dostavlja u zatvorenoj koverti sa naznakom:</w:t>
      </w:r>
    </w:p>
    <w:p w14:paraId="3D0C7DB9" w14:textId="77777777" w:rsidR="008D1D47" w:rsidRDefault="008D1D47" w:rsidP="008D1D47">
      <w:pPr>
        <w:jc w:val="center"/>
        <w:rPr>
          <w:b/>
          <w:color w:val="1F4E79"/>
          <w:lang w:val="pl-PL"/>
        </w:rPr>
      </w:pPr>
      <w:r>
        <w:rPr>
          <w:b/>
          <w:color w:val="1F4E79"/>
          <w:lang w:val="pl-PL"/>
        </w:rPr>
        <w:t>Opština Bar</w:t>
      </w:r>
    </w:p>
    <w:p w14:paraId="27C00CEC" w14:textId="43700F6C" w:rsidR="008A32FB" w:rsidRPr="008D1D47" w:rsidRDefault="008D1D47" w:rsidP="008D1D47">
      <w:pPr>
        <w:jc w:val="center"/>
        <w:rPr>
          <w:b/>
          <w:color w:val="1F4E79"/>
          <w:lang w:val="pl-PL"/>
        </w:rPr>
      </w:pPr>
      <w:r>
        <w:rPr>
          <w:b/>
          <w:color w:val="1F4E79"/>
          <w:lang w:val="pl-PL"/>
        </w:rPr>
        <w:t>Sekretarijat za lokalnu samoupravu</w:t>
      </w:r>
      <w:r w:rsidR="00000000" w:rsidRPr="00D04ACD">
        <w:rPr>
          <w:b/>
          <w:color w:val="1F4E79"/>
          <w:lang w:val="pl-PL"/>
        </w:rPr>
        <w:br/>
        <w:t>„JAVNI POZIV – SNIMANJE DOKUMENTARNOG FILMA – NE OTVARATI“</w:t>
      </w:r>
    </w:p>
    <w:p w14:paraId="0DBC839E" w14:textId="77777777" w:rsidR="008A32FB" w:rsidRPr="00D04ACD" w:rsidRDefault="00000000">
      <w:pPr>
        <w:rPr>
          <w:lang w:val="pt-BR"/>
        </w:rPr>
      </w:pPr>
      <w:r w:rsidRPr="00D04ACD">
        <w:rPr>
          <w:lang w:val="pt-BR"/>
        </w:rPr>
        <w:t>Adresa za dostavljanje: Opština Bar, Bulevar Revolucije br. 1, 85000 Bar, Crna Gora, ili neposredno preko Građanskog biroa Opštine Bar.</w:t>
      </w:r>
    </w:p>
    <w:p w14:paraId="1411FBA0" w14:textId="77777777" w:rsidR="008A32FB" w:rsidRPr="00D04ACD" w:rsidRDefault="00000000">
      <w:pPr>
        <w:rPr>
          <w:lang w:val="pl-PL"/>
        </w:rPr>
      </w:pPr>
      <w:r w:rsidRPr="00D04ACD">
        <w:rPr>
          <w:lang w:val="pl-PL"/>
        </w:rPr>
        <w:t>Rok: 30 dana od dana objavljivanja Javnog poziva.</w:t>
      </w:r>
    </w:p>
    <w:sectPr w:rsidR="008A32FB" w:rsidRPr="00D04ACD" w:rsidSect="008D1D47">
      <w:footerReference w:type="default" r:id="rId8"/>
      <w:pgSz w:w="12240" w:h="15840"/>
      <w:pgMar w:top="720" w:right="900" w:bottom="936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66BEE" w14:textId="77777777" w:rsidR="007C5BC0" w:rsidRDefault="007C5BC0">
      <w:pPr>
        <w:spacing w:after="0" w:line="240" w:lineRule="auto"/>
      </w:pPr>
      <w:r>
        <w:separator/>
      </w:r>
    </w:p>
  </w:endnote>
  <w:endnote w:type="continuationSeparator" w:id="0">
    <w:p w14:paraId="5FDC51B9" w14:textId="77777777" w:rsidR="007C5BC0" w:rsidRDefault="007C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F805" w14:textId="77777777" w:rsidR="008A32FB" w:rsidRPr="00D04ACD" w:rsidRDefault="00000000">
    <w:pPr>
      <w:pStyle w:val="Footer"/>
      <w:jc w:val="center"/>
      <w:rPr>
        <w:lang w:val="pl-PL"/>
      </w:rPr>
    </w:pPr>
    <w:r w:rsidRPr="00D04ACD">
      <w:rPr>
        <w:color w:val="646464"/>
        <w:sz w:val="16"/>
        <w:lang w:val="pl-PL"/>
      </w:rPr>
      <w:t>Opština Bar • Sekretarijat za lokalnu samoupravu • Prijavni obrazac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36BD" w14:textId="77777777" w:rsidR="007C5BC0" w:rsidRDefault="007C5BC0">
      <w:pPr>
        <w:spacing w:after="0" w:line="240" w:lineRule="auto"/>
      </w:pPr>
      <w:r>
        <w:separator/>
      </w:r>
    </w:p>
  </w:footnote>
  <w:footnote w:type="continuationSeparator" w:id="0">
    <w:p w14:paraId="39FD620F" w14:textId="77777777" w:rsidR="007C5BC0" w:rsidRDefault="007C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1473903">
    <w:abstractNumId w:val="8"/>
  </w:num>
  <w:num w:numId="2" w16cid:durableId="1296059212">
    <w:abstractNumId w:val="6"/>
  </w:num>
  <w:num w:numId="3" w16cid:durableId="2023161941">
    <w:abstractNumId w:val="5"/>
  </w:num>
  <w:num w:numId="4" w16cid:durableId="525800827">
    <w:abstractNumId w:val="4"/>
  </w:num>
  <w:num w:numId="5" w16cid:durableId="255794159">
    <w:abstractNumId w:val="7"/>
  </w:num>
  <w:num w:numId="6" w16cid:durableId="1310671160">
    <w:abstractNumId w:val="3"/>
  </w:num>
  <w:num w:numId="7" w16cid:durableId="171799596">
    <w:abstractNumId w:val="2"/>
  </w:num>
  <w:num w:numId="8" w16cid:durableId="1331373430">
    <w:abstractNumId w:val="1"/>
  </w:num>
  <w:num w:numId="9" w16cid:durableId="1823082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08B5"/>
    <w:rsid w:val="0015074B"/>
    <w:rsid w:val="0029639D"/>
    <w:rsid w:val="002C2E63"/>
    <w:rsid w:val="00326F90"/>
    <w:rsid w:val="00624C4D"/>
    <w:rsid w:val="007C5BC0"/>
    <w:rsid w:val="008A32FB"/>
    <w:rsid w:val="008D1D47"/>
    <w:rsid w:val="00AA1D8D"/>
    <w:rsid w:val="00B47730"/>
    <w:rsid w:val="00CB0664"/>
    <w:rsid w:val="00D04ACD"/>
    <w:rsid w:val="00FC693F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3F2DDC"/>
  <w14:defaultImageDpi w14:val="300"/>
  <w15:docId w15:val="{1415890E-BFFF-4333-AE49-0C04E81A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 29</cp:lastModifiedBy>
  <cp:revision>5</cp:revision>
  <cp:lastPrinted>2026-10-12T07:29:00Z</cp:lastPrinted>
  <dcterms:created xsi:type="dcterms:W3CDTF">2013-12-23T23:15:00Z</dcterms:created>
  <dcterms:modified xsi:type="dcterms:W3CDTF">2026-10-12T12:14:00Z</dcterms:modified>
  <cp:category/>
</cp:coreProperties>
</file>